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התאמה בין זכות לדוגמה שלה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שמונה זכויות של ילדים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שם הזכות לדוגמה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זכויות במשפטים פשוטים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התאמה: זכות ↔ 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(נועם וסלמה קופצים בחבל)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(התינוקת קיבלה את השם שירה)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(איתן אומר את הרעיון שלו)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(רופאה בודקת את מאיה)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ז (כל הילדים מוזמנים למסיבה)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ח (המורה עוצרת ילד שדוחף)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 – ו (אדם ישן במיטה חמה)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 – ד (רוני לומד לכתוב אותיות)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שאלות על הזכויות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דבר שמגיע לכל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זכות ללמוד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לכל הילדים בעולם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זכות לבריאות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יחס לא הוגן בין ילדים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ילד מקבל שם משלו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לכל ילד יש זכות להגנה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לכל ילד יש זכות להביע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משחק חשוב לכל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הזכויות שייכות לכל הילדים והילדות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שוויון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הגנה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המזכירה זכות אחת ונימוק פשוט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קצר של משחק עם חברים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פשוטה: דבר שמגיע לכל 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זכות מהרשימה עם 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שצריך להגן על הזכות ולפעול בהתאם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בקול את הדוגמאות לפני ההתאמה כדי לעזור בהבנה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לצייר קו בין הזכות לדוגמה על הלוח כהדגמה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התאמה בין זכות לדוגמה שלה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לכל ילד וילדה יש זכויות חשובות, כמו זכות לשחק, ללמוד ולבריאות. בדף הזה נתרגל להתאים בין שם הזכות לבין דוגמה שמראה אותה.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התאמה: זכות ↔ 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זכות לשחק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רופאה בודקת את מאיה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זכות לשם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נועם וסלמה קופצים בחבל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זכות להביע 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התינוקת קיבלה את השם שירה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זכות לבריאות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רוני לומד לכתוב אותיות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זכות לשוויון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איתן אומר את הרעיון שלו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זכות להגנה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אדם ישן במיטה חמה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7. זכות לבית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ז. כל הילדים מוזמנים למסיבה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8. זכות ללמוד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ח. המורה עוצרת ילד שדוחף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שאלות על הזכויות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זכות?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שמגיע לכל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דבר אסור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מאכל טעים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זכות קשורה ללימוד בבית 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זכות לבריאות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זכות ללמוד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זכות לבית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זכות לשם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למי מגיעות זכויות הילד?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לילדים עשירים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לכל הילדים בעולם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לילדים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למבוגרים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זכות קשורה לביקור אצל רופא?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זכות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זכות לשוויון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זכות לבריאות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זכות לשם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ההפך ממצב של שוויון?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יחס לא הוגן בין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חברות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משותף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שינה טובה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ילד יש זכות לשם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למבוגר לפגוע בילד כעונש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רק ילדים גדולים יכולים להביע דעה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ילד יש זכות לשחק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זכויות הילד שייכות רק לבנים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לכל ילד יש זכות ל__________ עם חברים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התינוקת קיבלה __________ מההורים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הרופאה דואגת לזכות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כל הילדים מוזמנים כי יש להם זכות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המורה שומרת על הילד כי יש לו זכות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זכות אחת שחשובה לכם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דוגמה נוספת לזכות לשחק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זכות?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לזכות אחת מהדף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כשמישהו לא שומר על זכות של ילד?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התאמה בין זכות לדוגמה שלה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