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בין זכות לדוגמה שלה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שמונה זכויות של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שם הזכות לדוגמה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זכויות במשפטים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התאמה: זכות ↔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(נועם וסלמה קופצים בחבל)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ח (התינוקת קיבלה את השם שירה)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(איתן אומר את הרעיון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(רופאה בודקת את מאיה)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(כל הילדים מוזמנים למסיבה)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ז (המורה עוצרת ילד שדוחף)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 – ו (אדם ישן במיטה 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 – ג (רוני לומד לכתוב אותיות)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על הזכויות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זכות ללמוד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לכל הילדים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זכות לבריאות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יחס לא הוגן בין 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ילד מקבל שם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לכל ילד יש זכות להגנה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לכל ילד יש זכות להביע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משחק חשוב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הזכויות שייכות לכל הילדים והילדות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המזכירה זכות אחת ונימוק 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של משחק עם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פשוטה: דבר שמגיע לכל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זכות מהרשימה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שצריך להגן על הזכות ולפעול בהתאם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את הדוגמאות לפני ההתאמה כדי לעזור בהבנה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לצייר קו בין הזכות לדוגמה על הלוח כהדגמה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בין זכות לדוגמה שלה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לילדים יש זכויות. זכות זה דבר שמגיע לכל ילד. נתרגל להכיר זכויות ולדוגמה שלהן.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זְכוּת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אַחֲרָיוּת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שצריך לעשות כדי לשמור על הזכות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שִׁוְיוֹן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שווים, לאף אחד אין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הֲגַנָּה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על ילד מפני פגיעה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בְּרִיאוּת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הגוף בריא, הולכים לרופא כשצריך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דֵּעָה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שאני חושב או מרגיש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התאמה: זכות ↔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זכות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נועם וסלמה קופצים בחבל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זכות לשם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 הילדים מוזמנים למסיבה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זכות להביע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רוני לומד לכתוב 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איתן אומר את הרעיון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זכות לשוויון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רופאה בודקת את מאיה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אדם ישן במיטה 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7. זכות לבית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ז. המורה עוצרת ילד שדוחף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8. זכות ללמוד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ח. התינוקת קיבלה את השם שירה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על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זכות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שמגיע לכל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מאכל טעים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זכות על לימוד?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זכות לבריאות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זכות ללמוד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זכות לבית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זכות לשם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מגיעות הזכויות?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לילדים עשירים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לכל הילדים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לילדים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זכות על רופא?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זכות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זכות לשוויון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זכות לבריאות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זכות לשם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ההפך משוויון?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יחס לא הוגן בין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חברות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שינה טובה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לשם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למבוגר לפגוע בילד כעונש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ילדים גדולים יכולים להביע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לשחק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זכויות הילד שייכות רק לבנים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ילד יש זכות ל__________ עם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התינוקת קיבלה __________ מההורים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הרופאה דואגת לזכות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הילדים מוזמנים כי יש להם 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המורה שומרת על הילד כי יש לו זכות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זכות אחת שחשובה לכם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נוספת לזכות לשחק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זכות?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לזכות אחת מהדף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כשמישהו לא שומר על זכות של 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התאמה בין זכות לדוגמה שלה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